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ABA3E6" w14:textId="77777777" w:rsidR="00822234" w:rsidRPr="00822234" w:rsidRDefault="00000000">
      <w:pPr>
        <w:spacing w:after="0" w:line="240" w:lineRule="auto"/>
        <w:jc w:val="center"/>
        <w:rPr>
          <w:b/>
          <w:sz w:val="32"/>
          <w:szCs w:val="24"/>
          <w:lang w:val="pl-PL"/>
        </w:rPr>
      </w:pPr>
      <w:r w:rsidRPr="00822234">
        <w:rPr>
          <w:b/>
          <w:sz w:val="34"/>
          <w:szCs w:val="24"/>
          <w:lang w:val="pl-PL"/>
        </w:rPr>
        <w:t xml:space="preserve">FORMULARZ ZGŁOSZENIOWY </w:t>
      </w:r>
    </w:p>
    <w:p w14:paraId="78BBB024" w14:textId="77777777" w:rsidR="003022DA" w:rsidRPr="00822234" w:rsidRDefault="00000000">
      <w:pPr>
        <w:spacing w:after="0" w:line="240" w:lineRule="auto"/>
        <w:jc w:val="center"/>
        <w:rPr>
          <w:sz w:val="20"/>
          <w:szCs w:val="24"/>
          <w:lang w:val="pl-PL"/>
        </w:rPr>
      </w:pPr>
      <w:r w:rsidRPr="00822234">
        <w:rPr>
          <w:b/>
          <w:sz w:val="30"/>
          <w:szCs w:val="24"/>
          <w:lang w:val="pl-PL"/>
        </w:rPr>
        <w:t>PASJONACI SPORTU</w:t>
      </w:r>
    </w:p>
    <w:p w14:paraId="536147CB" w14:textId="77777777" w:rsidR="003022DA" w:rsidRPr="00822234" w:rsidRDefault="003022DA">
      <w:pPr>
        <w:spacing w:after="0" w:line="240" w:lineRule="auto"/>
        <w:jc w:val="center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3022DA" w:rsidRPr="00323BB8" w14:paraId="48AA2B66" w14:textId="77777777">
        <w:trPr>
          <w:jc w:val="center"/>
        </w:trPr>
        <w:tc>
          <w:tcPr>
            <w:tcW w:w="5156" w:type="dxa"/>
            <w:vAlign w:val="center"/>
          </w:tcPr>
          <w:p w14:paraId="560C142E" w14:textId="77777777" w:rsidR="003022DA" w:rsidRPr="00323BB8" w:rsidRDefault="00000000">
            <w:pPr>
              <w:spacing w:after="0"/>
              <w:rPr>
                <w:sz w:val="22"/>
                <w:szCs w:val="40"/>
                <w:lang w:val="pl-PL"/>
              </w:rPr>
            </w:pPr>
            <w:r w:rsidRPr="00323BB8">
              <w:rPr>
                <w:b/>
                <w:sz w:val="22"/>
                <w:szCs w:val="40"/>
                <w:lang w:val="pl-PL"/>
              </w:rPr>
              <w:t>Imię i nazwisko dziecka</w:t>
            </w:r>
          </w:p>
        </w:tc>
        <w:tc>
          <w:tcPr>
            <w:tcW w:w="5156" w:type="dxa"/>
            <w:vAlign w:val="center"/>
          </w:tcPr>
          <w:p w14:paraId="286F15F5" w14:textId="77777777" w:rsidR="003022DA" w:rsidRPr="00323BB8" w:rsidRDefault="003022DA">
            <w:pPr>
              <w:spacing w:after="0"/>
              <w:rPr>
                <w:sz w:val="22"/>
                <w:szCs w:val="40"/>
                <w:lang w:val="pl-PL"/>
              </w:rPr>
            </w:pPr>
          </w:p>
        </w:tc>
      </w:tr>
      <w:tr w:rsidR="003022DA" w:rsidRPr="00323BB8" w14:paraId="51D60361" w14:textId="77777777">
        <w:trPr>
          <w:jc w:val="center"/>
        </w:trPr>
        <w:tc>
          <w:tcPr>
            <w:tcW w:w="5156" w:type="dxa"/>
            <w:vAlign w:val="center"/>
          </w:tcPr>
          <w:p w14:paraId="434FC843" w14:textId="77777777" w:rsidR="003022DA" w:rsidRPr="00323BB8" w:rsidRDefault="00000000">
            <w:pPr>
              <w:spacing w:after="0"/>
              <w:rPr>
                <w:sz w:val="22"/>
                <w:szCs w:val="40"/>
                <w:lang w:val="pl-PL"/>
              </w:rPr>
            </w:pPr>
            <w:r w:rsidRPr="00323BB8">
              <w:rPr>
                <w:b/>
                <w:sz w:val="22"/>
                <w:szCs w:val="40"/>
                <w:lang w:val="pl-PL"/>
              </w:rPr>
              <w:t>Data urodzenia</w:t>
            </w:r>
          </w:p>
        </w:tc>
        <w:tc>
          <w:tcPr>
            <w:tcW w:w="5156" w:type="dxa"/>
            <w:vAlign w:val="center"/>
          </w:tcPr>
          <w:p w14:paraId="66C294DE" w14:textId="77777777" w:rsidR="003022DA" w:rsidRPr="00323BB8" w:rsidRDefault="003022DA">
            <w:pPr>
              <w:spacing w:after="0"/>
              <w:rPr>
                <w:sz w:val="22"/>
                <w:szCs w:val="40"/>
                <w:lang w:val="pl-PL"/>
              </w:rPr>
            </w:pPr>
          </w:p>
        </w:tc>
      </w:tr>
      <w:tr w:rsidR="003022DA" w:rsidRPr="00323BB8" w14:paraId="3930D90F" w14:textId="77777777">
        <w:trPr>
          <w:jc w:val="center"/>
        </w:trPr>
        <w:tc>
          <w:tcPr>
            <w:tcW w:w="5156" w:type="dxa"/>
            <w:vAlign w:val="center"/>
          </w:tcPr>
          <w:p w14:paraId="1A4C8E50" w14:textId="77777777" w:rsidR="003022DA" w:rsidRPr="00323BB8" w:rsidRDefault="00000000">
            <w:pPr>
              <w:spacing w:after="0"/>
              <w:rPr>
                <w:sz w:val="22"/>
                <w:szCs w:val="40"/>
                <w:lang w:val="pl-PL"/>
              </w:rPr>
            </w:pPr>
            <w:r w:rsidRPr="00323BB8">
              <w:rPr>
                <w:b/>
                <w:sz w:val="22"/>
                <w:szCs w:val="40"/>
                <w:lang w:val="pl-PL"/>
              </w:rPr>
              <w:t>Imię i nazwisko rodzica / opiekuna</w:t>
            </w:r>
          </w:p>
        </w:tc>
        <w:tc>
          <w:tcPr>
            <w:tcW w:w="5156" w:type="dxa"/>
            <w:vAlign w:val="center"/>
          </w:tcPr>
          <w:p w14:paraId="05FC4006" w14:textId="77777777" w:rsidR="003022DA" w:rsidRPr="00323BB8" w:rsidRDefault="003022DA">
            <w:pPr>
              <w:spacing w:after="0"/>
              <w:rPr>
                <w:sz w:val="22"/>
                <w:szCs w:val="40"/>
                <w:lang w:val="pl-PL"/>
              </w:rPr>
            </w:pPr>
          </w:p>
        </w:tc>
      </w:tr>
      <w:tr w:rsidR="003022DA" w:rsidRPr="00323BB8" w14:paraId="49423A42" w14:textId="77777777">
        <w:trPr>
          <w:jc w:val="center"/>
        </w:trPr>
        <w:tc>
          <w:tcPr>
            <w:tcW w:w="5156" w:type="dxa"/>
            <w:vAlign w:val="center"/>
          </w:tcPr>
          <w:p w14:paraId="2203D4BD" w14:textId="77777777" w:rsidR="003022DA" w:rsidRPr="00323BB8" w:rsidRDefault="00000000">
            <w:pPr>
              <w:spacing w:after="0"/>
              <w:rPr>
                <w:sz w:val="22"/>
                <w:szCs w:val="40"/>
                <w:lang w:val="pl-PL"/>
              </w:rPr>
            </w:pPr>
            <w:r w:rsidRPr="00323BB8">
              <w:rPr>
                <w:b/>
                <w:sz w:val="22"/>
                <w:szCs w:val="40"/>
                <w:lang w:val="pl-PL"/>
              </w:rPr>
              <w:t>Telefon kontaktowy</w:t>
            </w:r>
          </w:p>
        </w:tc>
        <w:tc>
          <w:tcPr>
            <w:tcW w:w="5156" w:type="dxa"/>
            <w:vAlign w:val="center"/>
          </w:tcPr>
          <w:p w14:paraId="08052AA9" w14:textId="77777777" w:rsidR="003022DA" w:rsidRPr="00323BB8" w:rsidRDefault="003022DA">
            <w:pPr>
              <w:spacing w:after="0"/>
              <w:rPr>
                <w:sz w:val="22"/>
                <w:szCs w:val="40"/>
                <w:lang w:val="pl-PL"/>
              </w:rPr>
            </w:pPr>
          </w:p>
        </w:tc>
      </w:tr>
      <w:tr w:rsidR="003022DA" w:rsidRPr="00323BB8" w14:paraId="0E12C86B" w14:textId="77777777">
        <w:trPr>
          <w:jc w:val="center"/>
        </w:trPr>
        <w:tc>
          <w:tcPr>
            <w:tcW w:w="5156" w:type="dxa"/>
            <w:vAlign w:val="center"/>
          </w:tcPr>
          <w:p w14:paraId="0CC1DDE8" w14:textId="77777777" w:rsidR="003022DA" w:rsidRPr="00323BB8" w:rsidRDefault="00000000">
            <w:pPr>
              <w:spacing w:after="0"/>
              <w:rPr>
                <w:sz w:val="22"/>
                <w:szCs w:val="40"/>
                <w:lang w:val="pl-PL"/>
              </w:rPr>
            </w:pPr>
            <w:r w:rsidRPr="00323BB8">
              <w:rPr>
                <w:b/>
                <w:sz w:val="22"/>
                <w:szCs w:val="40"/>
                <w:lang w:val="pl-PL"/>
              </w:rPr>
              <w:t>Adres e-mail</w:t>
            </w:r>
          </w:p>
        </w:tc>
        <w:tc>
          <w:tcPr>
            <w:tcW w:w="5156" w:type="dxa"/>
            <w:vAlign w:val="center"/>
          </w:tcPr>
          <w:p w14:paraId="046ABE4A" w14:textId="77777777" w:rsidR="003022DA" w:rsidRPr="00323BB8" w:rsidRDefault="003022DA">
            <w:pPr>
              <w:spacing w:after="0"/>
              <w:rPr>
                <w:sz w:val="22"/>
                <w:szCs w:val="40"/>
                <w:lang w:val="pl-PL"/>
              </w:rPr>
            </w:pPr>
          </w:p>
        </w:tc>
      </w:tr>
      <w:tr w:rsidR="003022DA" w:rsidRPr="00323BB8" w14:paraId="7D8DF7E7" w14:textId="77777777">
        <w:trPr>
          <w:jc w:val="center"/>
        </w:trPr>
        <w:tc>
          <w:tcPr>
            <w:tcW w:w="5156" w:type="dxa"/>
            <w:vAlign w:val="center"/>
          </w:tcPr>
          <w:p w14:paraId="019F78CE" w14:textId="77777777" w:rsidR="003022DA" w:rsidRPr="00323BB8" w:rsidRDefault="00000000">
            <w:pPr>
              <w:spacing w:after="0"/>
              <w:rPr>
                <w:sz w:val="22"/>
                <w:szCs w:val="40"/>
                <w:lang w:val="pl-PL"/>
              </w:rPr>
            </w:pPr>
            <w:proofErr w:type="gramStart"/>
            <w:r w:rsidRPr="00323BB8">
              <w:rPr>
                <w:b/>
                <w:sz w:val="22"/>
                <w:szCs w:val="40"/>
                <w:lang w:val="pl-PL"/>
              </w:rPr>
              <w:t>Miejscowość</w:t>
            </w:r>
            <w:proofErr w:type="gramEnd"/>
            <w:r w:rsidRPr="00323BB8">
              <w:rPr>
                <w:b/>
                <w:sz w:val="22"/>
                <w:szCs w:val="40"/>
                <w:lang w:val="pl-PL"/>
              </w:rPr>
              <w:t xml:space="preserve"> </w:t>
            </w:r>
            <w:r w:rsidR="00797270" w:rsidRPr="00323BB8">
              <w:rPr>
                <w:b/>
                <w:sz w:val="22"/>
                <w:szCs w:val="40"/>
                <w:lang w:val="pl-PL"/>
              </w:rPr>
              <w:t xml:space="preserve">gdzie dziecko ćwiczy </w:t>
            </w:r>
          </w:p>
        </w:tc>
        <w:tc>
          <w:tcPr>
            <w:tcW w:w="5156" w:type="dxa"/>
            <w:vAlign w:val="center"/>
          </w:tcPr>
          <w:p w14:paraId="5DEA38B2" w14:textId="77777777" w:rsidR="003022DA" w:rsidRPr="00323BB8" w:rsidRDefault="003022DA">
            <w:pPr>
              <w:spacing w:after="0"/>
              <w:rPr>
                <w:sz w:val="22"/>
                <w:szCs w:val="40"/>
                <w:lang w:val="pl-PL"/>
              </w:rPr>
            </w:pPr>
          </w:p>
        </w:tc>
      </w:tr>
    </w:tbl>
    <w:p w14:paraId="4A6C4C28" w14:textId="77777777" w:rsidR="00822234" w:rsidRPr="00323BB8" w:rsidRDefault="00822234">
      <w:pPr>
        <w:spacing w:after="0" w:line="240" w:lineRule="auto"/>
        <w:rPr>
          <w:b/>
          <w:sz w:val="40"/>
          <w:szCs w:val="44"/>
          <w:lang w:val="pl-PL"/>
        </w:rPr>
      </w:pPr>
    </w:p>
    <w:p w14:paraId="37B2824F" w14:textId="77777777" w:rsidR="003022DA" w:rsidRPr="00323BB8" w:rsidRDefault="00000000">
      <w:pPr>
        <w:spacing w:after="0" w:line="240" w:lineRule="auto"/>
        <w:rPr>
          <w:sz w:val="24"/>
          <w:szCs w:val="24"/>
          <w:lang w:val="pl-PL"/>
        </w:rPr>
      </w:pPr>
      <w:r w:rsidRPr="00323BB8">
        <w:rPr>
          <w:b/>
          <w:sz w:val="22"/>
          <w:szCs w:val="24"/>
          <w:lang w:val="pl-PL"/>
        </w:rPr>
        <w:t>1. Oświadczenie dotyczące zdrowia</w:t>
      </w:r>
    </w:p>
    <w:p w14:paraId="563DDA21" w14:textId="77777777" w:rsidR="003022DA" w:rsidRPr="00323BB8" w:rsidRDefault="00000000">
      <w:pPr>
        <w:spacing w:line="240" w:lineRule="auto"/>
        <w:rPr>
          <w:sz w:val="24"/>
          <w:szCs w:val="24"/>
          <w:lang w:val="pl-PL"/>
        </w:rPr>
      </w:pPr>
      <w:r w:rsidRPr="00323BB8">
        <w:rPr>
          <w:sz w:val="21"/>
          <w:szCs w:val="24"/>
          <w:lang w:val="pl-PL"/>
        </w:rPr>
        <w:t xml:space="preserve">Oświadczam, że według mojej aktualnej wiedzy dziecko nie posiada przeciwwskazań zdrowotnych do udziału w zajęciach sportowych organizowanych przez </w:t>
      </w:r>
      <w:r w:rsidR="00822234" w:rsidRPr="00323BB8">
        <w:rPr>
          <w:sz w:val="21"/>
          <w:szCs w:val="24"/>
          <w:lang w:val="pl-PL"/>
        </w:rPr>
        <w:t xml:space="preserve">firmę </w:t>
      </w:r>
      <w:r w:rsidRPr="00323BB8">
        <w:rPr>
          <w:sz w:val="21"/>
          <w:szCs w:val="24"/>
          <w:lang w:val="pl-PL"/>
        </w:rPr>
        <w:t>Pasjonaci Sportu</w:t>
      </w:r>
      <w:r w:rsidR="00822234" w:rsidRPr="00323BB8">
        <w:rPr>
          <w:sz w:val="21"/>
          <w:szCs w:val="24"/>
          <w:lang w:val="pl-PL"/>
        </w:rPr>
        <w:t xml:space="preserve">. </w:t>
      </w:r>
      <w:r w:rsidRPr="00323BB8">
        <w:rPr>
          <w:sz w:val="21"/>
          <w:szCs w:val="24"/>
          <w:lang w:val="pl-PL"/>
        </w:rPr>
        <w:t>Zobowiązuję się niezwłocznie poinformować Organizatora lub Trenera o urazach, ograniczeniach zdrowotnych lub zaleceniach lekarskich, które mogą mieć znaczenie dla bezpiecznego udziału dziecka w zajęciach.</w:t>
      </w:r>
    </w:p>
    <w:p w14:paraId="1DE5FE21" w14:textId="77777777" w:rsidR="00822234" w:rsidRPr="00323BB8" w:rsidRDefault="00822234">
      <w:pPr>
        <w:spacing w:after="0" w:line="240" w:lineRule="auto"/>
        <w:rPr>
          <w:b/>
          <w:sz w:val="24"/>
          <w:szCs w:val="24"/>
          <w:lang w:val="pl-PL"/>
        </w:rPr>
      </w:pPr>
    </w:p>
    <w:p w14:paraId="1B52FF2C" w14:textId="77777777" w:rsidR="003022DA" w:rsidRPr="00323BB8" w:rsidRDefault="00000000">
      <w:pPr>
        <w:spacing w:after="0" w:line="240" w:lineRule="auto"/>
        <w:rPr>
          <w:sz w:val="24"/>
          <w:szCs w:val="24"/>
          <w:lang w:val="pl-PL"/>
        </w:rPr>
      </w:pPr>
      <w:r w:rsidRPr="00323BB8">
        <w:rPr>
          <w:b/>
          <w:sz w:val="22"/>
          <w:szCs w:val="24"/>
          <w:lang w:val="pl-PL"/>
        </w:rPr>
        <w:t>2. Regulamin i informacje o przetwarzaniu danych</w:t>
      </w:r>
    </w:p>
    <w:p w14:paraId="5A1403E3" w14:textId="77777777" w:rsidR="003022DA" w:rsidRPr="00323BB8" w:rsidRDefault="00000000">
      <w:pPr>
        <w:spacing w:line="240" w:lineRule="auto"/>
        <w:rPr>
          <w:sz w:val="24"/>
          <w:szCs w:val="24"/>
          <w:lang w:val="pl-PL"/>
        </w:rPr>
      </w:pPr>
      <w:r w:rsidRPr="00323BB8">
        <w:rPr>
          <w:sz w:val="21"/>
          <w:szCs w:val="24"/>
        </w:rPr>
        <w:t>Oświadczam, że zapoznałem/am się z Regulaminem uczestnictwa w zajęciach oraz informacją o przetwarzaniu danych osobowych (RODO), udostępnionymi na stronie www.pasjonacisportu.pl, oraz akceptuję zasady uczestnictwa określone w Regulaminie. Przyjmuję do wiadomości, że rezygnacja z zajęć wymaga wypowiedzenia z zachowaniem miesięcznego okresu wypowiedzenia. Zobowiązuję się również zapewnić dziecku podczas zajęć wymagany strój firmowy Pasjonaci Sportu: koszulkę oraz geterki krótkie lub długie albo spodenki Pasjonaci Sportu.</w:t>
      </w:r>
    </w:p>
    <w:p w14:paraId="4CE6118D" w14:textId="77777777" w:rsidR="00822234" w:rsidRPr="00323BB8" w:rsidRDefault="00822234">
      <w:pPr>
        <w:spacing w:after="0" w:line="240" w:lineRule="auto"/>
        <w:rPr>
          <w:b/>
          <w:sz w:val="24"/>
          <w:szCs w:val="24"/>
          <w:lang w:val="pl-PL"/>
        </w:rPr>
      </w:pPr>
    </w:p>
    <w:p w14:paraId="313C3241" w14:textId="77777777" w:rsidR="001616B8" w:rsidRPr="00323BB8" w:rsidRDefault="00000000">
      <w:pPr>
        <w:spacing w:after="0" w:line="240" w:lineRule="auto"/>
        <w:rPr>
          <w:sz w:val="22"/>
          <w:szCs w:val="32"/>
        </w:rPr>
      </w:pPr>
      <w:r w:rsidRPr="00323BB8">
        <w:rPr>
          <w:b/>
          <w:sz w:val="22"/>
          <w:szCs w:val="32"/>
        </w:rPr>
        <w:t>3. Strój firmowy – zamówienie</w:t>
      </w:r>
    </w:p>
    <w:p w14:paraId="6D60ADE5" w14:textId="77777777" w:rsidR="001616B8" w:rsidRPr="00323BB8" w:rsidRDefault="00000000">
      <w:pPr>
        <w:spacing w:after="0" w:line="240" w:lineRule="auto"/>
        <w:rPr>
          <w:sz w:val="22"/>
          <w:szCs w:val="32"/>
        </w:rPr>
      </w:pPr>
      <w:r w:rsidRPr="00323BB8">
        <w:rPr>
          <w:sz w:val="21"/>
          <w:szCs w:val="32"/>
        </w:rPr>
        <w:t>Proszę zaznaczyć właściwą opcję oraz wybrany rozmiar:</w:t>
      </w:r>
    </w:p>
    <w:p w14:paraId="30FC1291" w14:textId="77777777" w:rsidR="001616B8" w:rsidRPr="00323BB8" w:rsidRDefault="00000000">
      <w:pPr>
        <w:spacing w:after="0" w:line="240" w:lineRule="auto"/>
        <w:rPr>
          <w:sz w:val="22"/>
          <w:szCs w:val="32"/>
        </w:rPr>
      </w:pPr>
      <w:r w:rsidRPr="00323BB8">
        <w:rPr>
          <w:sz w:val="21"/>
          <w:szCs w:val="32"/>
        </w:rPr>
        <w:t>☐ Zamawiam koszulkę Pasjonaci Sportu – rozmiar:  ☐ 5–6   ☐ 7–8   ☐ 9–11   ☐ 12–14   ☐ S   ☐ M   ☐ L</w:t>
      </w:r>
    </w:p>
    <w:p w14:paraId="51611F90" w14:textId="77777777" w:rsidR="001616B8" w:rsidRPr="00323BB8" w:rsidRDefault="00000000">
      <w:pPr>
        <w:spacing w:after="0" w:line="240" w:lineRule="auto"/>
        <w:rPr>
          <w:sz w:val="22"/>
          <w:szCs w:val="32"/>
        </w:rPr>
      </w:pPr>
      <w:r w:rsidRPr="00323BB8">
        <w:rPr>
          <w:sz w:val="21"/>
          <w:szCs w:val="32"/>
        </w:rPr>
        <w:t>Koszulki zamawiamy według wieku dziecka.</w:t>
      </w:r>
    </w:p>
    <w:p w14:paraId="1604BDD1" w14:textId="77777777" w:rsidR="001616B8" w:rsidRPr="00323BB8" w:rsidRDefault="00000000">
      <w:pPr>
        <w:spacing w:after="0" w:line="240" w:lineRule="auto"/>
        <w:rPr>
          <w:sz w:val="22"/>
          <w:szCs w:val="32"/>
        </w:rPr>
      </w:pPr>
      <w:r w:rsidRPr="00323BB8">
        <w:rPr>
          <w:sz w:val="21"/>
          <w:szCs w:val="32"/>
        </w:rPr>
        <w:t>☐ Zamawiam jedną parę getrów 4F:   ☐ krótkie   ☐ długie</w:t>
      </w:r>
    </w:p>
    <w:p w14:paraId="4EF2C0FC" w14:textId="77777777" w:rsidR="001616B8" w:rsidRPr="00323BB8" w:rsidRDefault="00000000">
      <w:pPr>
        <w:spacing w:after="0" w:line="240" w:lineRule="auto"/>
        <w:rPr>
          <w:sz w:val="22"/>
          <w:szCs w:val="32"/>
        </w:rPr>
      </w:pPr>
      <w:r w:rsidRPr="00323BB8">
        <w:rPr>
          <w:sz w:val="21"/>
          <w:szCs w:val="32"/>
        </w:rPr>
        <w:t>Rozmiar getrów:  ☐ 122   ☐ 128   ☐ 136   ☐ 140   ☐ 146   ☐ 152   ☐ 158   ☐ 164   ☐ S   ☐ M   ☐ L</w:t>
      </w:r>
    </w:p>
    <w:p w14:paraId="51E25704" w14:textId="77777777" w:rsidR="001616B8" w:rsidRPr="00323BB8" w:rsidRDefault="00000000">
      <w:pPr>
        <w:spacing w:after="0" w:line="240" w:lineRule="auto"/>
        <w:rPr>
          <w:sz w:val="22"/>
          <w:szCs w:val="32"/>
          <w:lang w:val="pl-PL"/>
        </w:rPr>
      </w:pPr>
      <w:r w:rsidRPr="00323BB8">
        <w:rPr>
          <w:sz w:val="21"/>
          <w:szCs w:val="32"/>
        </w:rPr>
        <w:t>Uwaga: numeracja getrów 4F jest zaniżona. Jeżeli dziecko na co dzień nosi rozmiar 140, należy zamówić rozmiar 146.</w:t>
      </w:r>
    </w:p>
    <w:p w14:paraId="73311BA0" w14:textId="77777777" w:rsidR="001616B8" w:rsidRPr="00323BB8" w:rsidRDefault="00000000">
      <w:pPr>
        <w:spacing w:after="0" w:line="240" w:lineRule="auto"/>
        <w:rPr>
          <w:sz w:val="21"/>
          <w:szCs w:val="32"/>
          <w:lang w:val="pl-PL"/>
        </w:rPr>
      </w:pPr>
      <w:r w:rsidRPr="00323BB8">
        <w:rPr>
          <w:sz w:val="21"/>
          <w:szCs w:val="32"/>
          <w:lang w:val="pl-PL"/>
        </w:rPr>
        <w:t>☐ Posiadam już wcześniej zakupiony strój firmowy Pasjonaci Sportu i nie zamawiam nowego.</w:t>
      </w:r>
    </w:p>
    <w:p w14:paraId="0EB16525" w14:textId="1A704A51" w:rsidR="00323BB8" w:rsidRPr="00323BB8" w:rsidRDefault="00323BB8">
      <w:pPr>
        <w:spacing w:after="0" w:line="240" w:lineRule="auto"/>
        <w:rPr>
          <w:sz w:val="22"/>
          <w:szCs w:val="32"/>
          <w:lang w:val="pl-PL"/>
        </w:rPr>
      </w:pPr>
      <w:r w:rsidRPr="00323BB8">
        <w:rPr>
          <w:sz w:val="21"/>
          <w:szCs w:val="32"/>
          <w:lang w:val="pl-PL"/>
        </w:rPr>
        <w:t>☐</w:t>
      </w:r>
      <w:r w:rsidRPr="00323BB8">
        <w:rPr>
          <w:sz w:val="21"/>
          <w:szCs w:val="32"/>
          <w:lang w:val="pl-PL"/>
        </w:rPr>
        <w:t xml:space="preserve"> Posiadam jedna </w:t>
      </w:r>
      <w:r>
        <w:rPr>
          <w:sz w:val="21"/>
          <w:szCs w:val="32"/>
          <w:lang w:val="pl-PL"/>
        </w:rPr>
        <w:t xml:space="preserve">rzecz i domawiam tylko drugą. </w:t>
      </w:r>
    </w:p>
    <w:p w14:paraId="3DFDCDE6" w14:textId="77777777" w:rsidR="001616B8" w:rsidRPr="00323BB8" w:rsidRDefault="00000000">
      <w:pPr>
        <w:spacing w:line="240" w:lineRule="auto"/>
        <w:rPr>
          <w:sz w:val="21"/>
          <w:szCs w:val="32"/>
          <w:lang w:val="pl-PL"/>
        </w:rPr>
      </w:pPr>
      <w:r w:rsidRPr="00323BB8">
        <w:rPr>
          <w:sz w:val="21"/>
          <w:szCs w:val="32"/>
          <w:lang w:val="pl-PL"/>
        </w:rPr>
        <w:t>W przypadku wybrania niewłaściwego rozmiaru istnieje możliwość wymiany na inny rozmiar.</w:t>
      </w:r>
    </w:p>
    <w:p w14:paraId="3A5C04F2" w14:textId="77777777" w:rsidR="00323BB8" w:rsidRPr="00323BB8" w:rsidRDefault="00323BB8">
      <w:pPr>
        <w:spacing w:line="240" w:lineRule="auto"/>
        <w:rPr>
          <w:sz w:val="22"/>
          <w:szCs w:val="32"/>
        </w:rPr>
      </w:pPr>
    </w:p>
    <w:p w14:paraId="4CD0C54C" w14:textId="77777777" w:rsidR="003022DA" w:rsidRPr="00323BB8" w:rsidRDefault="00000000">
      <w:pPr>
        <w:spacing w:after="0" w:line="240" w:lineRule="auto"/>
        <w:rPr>
          <w:sz w:val="24"/>
          <w:szCs w:val="24"/>
          <w:lang w:val="pl-PL"/>
        </w:rPr>
      </w:pPr>
      <w:r w:rsidRPr="00323BB8">
        <w:rPr>
          <w:b/>
          <w:sz w:val="22"/>
          <w:szCs w:val="32"/>
        </w:rPr>
        <w:t>4. Zgoda na wykorzystanie wizerunku dziecka</w:t>
      </w:r>
    </w:p>
    <w:p w14:paraId="002DDF29" w14:textId="77777777" w:rsidR="003022DA" w:rsidRPr="00323BB8" w:rsidRDefault="00000000">
      <w:pPr>
        <w:spacing w:after="0" w:line="240" w:lineRule="auto"/>
        <w:rPr>
          <w:sz w:val="24"/>
          <w:szCs w:val="24"/>
          <w:lang w:val="pl-PL"/>
        </w:rPr>
      </w:pPr>
      <w:r w:rsidRPr="00323BB8">
        <w:rPr>
          <w:sz w:val="21"/>
          <w:szCs w:val="24"/>
          <w:lang w:val="pl-PL"/>
        </w:rPr>
        <w:t xml:space="preserve">Wyrażam zgodę na nieodpłatne utrwalanie oraz rozpowszechnianie wizerunku mojego dziecka w postaci zdjęć </w:t>
      </w:r>
      <w:r w:rsidR="00DE1FEA" w:rsidRPr="00323BB8">
        <w:rPr>
          <w:sz w:val="21"/>
          <w:szCs w:val="24"/>
          <w:lang w:val="pl-PL"/>
        </w:rPr>
        <w:t xml:space="preserve">         </w:t>
      </w:r>
      <w:r w:rsidRPr="00323BB8">
        <w:rPr>
          <w:sz w:val="21"/>
          <w:szCs w:val="24"/>
          <w:lang w:val="pl-PL"/>
        </w:rPr>
        <w:t>i nagrań wideo wykonanych podczas zajęć, zawodów, pokazów, warsztatów, obozów i innych wydarzeń organizowanych przez Fundację, w celu informowania o działalności oraz promocji Pasjonaci Sportu.</w:t>
      </w:r>
    </w:p>
    <w:p w14:paraId="7AD6E69B" w14:textId="77777777" w:rsidR="003022DA" w:rsidRPr="00323BB8" w:rsidRDefault="00000000">
      <w:pPr>
        <w:spacing w:after="0" w:line="240" w:lineRule="auto"/>
        <w:rPr>
          <w:sz w:val="24"/>
          <w:szCs w:val="24"/>
          <w:lang w:val="pl-PL"/>
        </w:rPr>
      </w:pPr>
      <w:r w:rsidRPr="00323BB8">
        <w:rPr>
          <w:sz w:val="21"/>
          <w:szCs w:val="24"/>
          <w:lang w:val="pl-PL"/>
        </w:rPr>
        <w:t>Zgoda obejmuje publikację na stronie www.pasjonacisportu.pl, oficjalnych profilach Pasjonaci Sportu w mediach społecznościowych (m.in. Facebook, Instagram, Tik</w:t>
      </w:r>
      <w:r w:rsidR="00822234" w:rsidRPr="00323BB8">
        <w:rPr>
          <w:sz w:val="21"/>
          <w:szCs w:val="24"/>
          <w:lang w:val="pl-PL"/>
        </w:rPr>
        <w:t>-</w:t>
      </w:r>
      <w:r w:rsidRPr="00323BB8">
        <w:rPr>
          <w:sz w:val="21"/>
          <w:szCs w:val="24"/>
          <w:lang w:val="pl-PL"/>
        </w:rPr>
        <w:t xml:space="preserve">Tok) oraz w materiałach informacyjnych </w:t>
      </w:r>
      <w:r w:rsidR="00822234" w:rsidRPr="00323BB8">
        <w:rPr>
          <w:sz w:val="21"/>
          <w:szCs w:val="24"/>
          <w:lang w:val="pl-PL"/>
        </w:rPr>
        <w:t xml:space="preserve">   </w:t>
      </w:r>
      <w:r w:rsidRPr="00323BB8">
        <w:rPr>
          <w:sz w:val="21"/>
          <w:szCs w:val="24"/>
          <w:lang w:val="pl-PL"/>
        </w:rPr>
        <w:t xml:space="preserve">i reklamowych </w:t>
      </w:r>
      <w:r w:rsidR="00822234" w:rsidRPr="00323BB8">
        <w:rPr>
          <w:sz w:val="21"/>
          <w:szCs w:val="24"/>
          <w:lang w:val="pl-PL"/>
        </w:rPr>
        <w:t xml:space="preserve">Pasjonaci Sportu. </w:t>
      </w:r>
      <w:r w:rsidRPr="00323BB8">
        <w:rPr>
          <w:sz w:val="21"/>
          <w:szCs w:val="24"/>
          <w:lang w:val="pl-PL"/>
        </w:rPr>
        <w:t xml:space="preserve">Zgoda na wizerunek jest dobrowolna i może zostać wycofana na przyszłość w dowolnym momencie poprzez kontakt na adres </w:t>
      </w:r>
      <w:hyperlink r:id="rId6" w:history="1">
        <w:r w:rsidR="00DE1FEA" w:rsidRPr="00323BB8">
          <w:rPr>
            <w:rStyle w:val="Hipercze"/>
            <w:sz w:val="24"/>
            <w:szCs w:val="24"/>
            <w:lang w:val="pl-PL"/>
          </w:rPr>
          <w:t>pasjonacisportu@wp.pl</w:t>
        </w:r>
      </w:hyperlink>
      <w:r w:rsidRPr="00323BB8">
        <w:rPr>
          <w:sz w:val="21"/>
          <w:szCs w:val="24"/>
          <w:lang w:val="pl-PL"/>
        </w:rPr>
        <w:t>.</w:t>
      </w:r>
      <w:r w:rsidR="00DE1FEA" w:rsidRPr="00323BB8">
        <w:rPr>
          <w:sz w:val="21"/>
          <w:szCs w:val="24"/>
          <w:lang w:val="pl-PL"/>
        </w:rPr>
        <w:t xml:space="preserve"> </w:t>
      </w:r>
      <w:r w:rsidRPr="00323BB8">
        <w:rPr>
          <w:sz w:val="21"/>
          <w:szCs w:val="24"/>
          <w:lang w:val="pl-PL"/>
        </w:rPr>
        <w:t xml:space="preserve">Brak zgody na wizerunek nie wyklucza dziecka </w:t>
      </w:r>
      <w:r w:rsidR="00DE1FEA" w:rsidRPr="00323BB8">
        <w:rPr>
          <w:sz w:val="21"/>
          <w:szCs w:val="24"/>
          <w:lang w:val="pl-PL"/>
        </w:rPr>
        <w:t xml:space="preserve">               </w:t>
      </w:r>
      <w:r w:rsidRPr="00323BB8">
        <w:rPr>
          <w:sz w:val="21"/>
          <w:szCs w:val="24"/>
          <w:lang w:val="pl-PL"/>
        </w:rPr>
        <w:t>z udziału w zajęciach.</w:t>
      </w:r>
    </w:p>
    <w:p w14:paraId="2159C9CA" w14:textId="77777777" w:rsidR="003022DA" w:rsidRPr="00323BB8" w:rsidRDefault="00000000" w:rsidP="00323BB8">
      <w:pPr>
        <w:spacing w:line="240" w:lineRule="auto"/>
        <w:jc w:val="center"/>
        <w:rPr>
          <w:sz w:val="24"/>
          <w:szCs w:val="24"/>
          <w:lang w:val="pl-PL"/>
        </w:rPr>
      </w:pPr>
      <w:r w:rsidRPr="00323BB8">
        <w:rPr>
          <w:b/>
          <w:sz w:val="21"/>
          <w:szCs w:val="24"/>
          <w:lang w:val="pl-PL"/>
        </w:rPr>
        <w:t>☐ WYRAŻAM ZGODĘ      ☐ NIE WYRAŻAM ZGODY</w:t>
      </w:r>
    </w:p>
    <w:p w14:paraId="0C9F0774" w14:textId="77777777" w:rsidR="00822234" w:rsidRPr="00323BB8" w:rsidRDefault="00822234">
      <w:pPr>
        <w:spacing w:after="0" w:line="240" w:lineRule="auto"/>
        <w:rPr>
          <w:b/>
          <w:sz w:val="40"/>
          <w:szCs w:val="44"/>
          <w:lang w:val="pl-PL"/>
        </w:rPr>
      </w:pPr>
    </w:p>
    <w:p w14:paraId="4BEDA20A" w14:textId="77777777" w:rsidR="003022DA" w:rsidRPr="00323BB8" w:rsidRDefault="00000000" w:rsidP="00822234">
      <w:pPr>
        <w:spacing w:after="0" w:line="240" w:lineRule="auto"/>
        <w:jc w:val="center"/>
        <w:rPr>
          <w:sz w:val="32"/>
          <w:szCs w:val="44"/>
          <w:lang w:val="pl-PL"/>
        </w:rPr>
      </w:pPr>
      <w:r w:rsidRPr="00323BB8">
        <w:rPr>
          <w:b/>
          <w:sz w:val="28"/>
          <w:szCs w:val="44"/>
          <w:lang w:val="pl-PL"/>
        </w:rPr>
        <w:t>Dane Organizatora / Administratora</w:t>
      </w:r>
    </w:p>
    <w:p w14:paraId="766E3C9C" w14:textId="77777777" w:rsidR="003022DA" w:rsidRPr="00323BB8" w:rsidRDefault="00000000" w:rsidP="00822234">
      <w:pPr>
        <w:spacing w:line="240" w:lineRule="auto"/>
        <w:jc w:val="center"/>
        <w:rPr>
          <w:b/>
          <w:sz w:val="32"/>
          <w:szCs w:val="44"/>
          <w:lang w:val="pl-PL"/>
        </w:rPr>
      </w:pPr>
      <w:r w:rsidRPr="00323BB8">
        <w:rPr>
          <w:b/>
          <w:sz w:val="21"/>
          <w:szCs w:val="44"/>
          <w:lang w:val="pl-PL"/>
        </w:rPr>
        <w:t xml:space="preserve">Pasjonaci Sportu </w:t>
      </w:r>
      <w:r w:rsidRPr="00323BB8">
        <w:rPr>
          <w:b/>
          <w:sz w:val="21"/>
          <w:szCs w:val="44"/>
          <w:lang w:val="pl-PL"/>
        </w:rPr>
        <w:br/>
      </w:r>
      <w:r w:rsidRPr="00323BB8">
        <w:rPr>
          <w:sz w:val="21"/>
          <w:szCs w:val="44"/>
          <w:lang w:val="pl-PL"/>
        </w:rPr>
        <w:t xml:space="preserve">ul. </w:t>
      </w:r>
      <w:proofErr w:type="spellStart"/>
      <w:r w:rsidRPr="00323BB8">
        <w:rPr>
          <w:sz w:val="21"/>
          <w:szCs w:val="44"/>
          <w:lang w:val="pl-PL"/>
        </w:rPr>
        <w:t>Jaszowskiego</w:t>
      </w:r>
      <w:proofErr w:type="spellEnd"/>
      <w:r w:rsidRPr="00323BB8">
        <w:rPr>
          <w:sz w:val="21"/>
          <w:szCs w:val="44"/>
          <w:lang w:val="pl-PL"/>
        </w:rPr>
        <w:t xml:space="preserve"> 11, 28-366 </w:t>
      </w:r>
      <w:proofErr w:type="gramStart"/>
      <w:r w:rsidRPr="00323BB8">
        <w:rPr>
          <w:sz w:val="21"/>
          <w:szCs w:val="44"/>
          <w:lang w:val="pl-PL"/>
        </w:rPr>
        <w:t>Małogoszcz  |</w:t>
      </w:r>
      <w:proofErr w:type="gramEnd"/>
      <w:r w:rsidRPr="00323BB8">
        <w:rPr>
          <w:sz w:val="21"/>
          <w:szCs w:val="44"/>
          <w:lang w:val="pl-PL"/>
        </w:rPr>
        <w:t xml:space="preserve">  </w:t>
      </w:r>
      <w:proofErr w:type="gramStart"/>
      <w:r w:rsidRPr="00323BB8">
        <w:rPr>
          <w:sz w:val="21"/>
          <w:szCs w:val="44"/>
          <w:lang w:val="pl-PL"/>
        </w:rPr>
        <w:t>pasjonacisportu@wp.pl  |</w:t>
      </w:r>
      <w:proofErr w:type="gramEnd"/>
      <w:r w:rsidRPr="00323BB8">
        <w:rPr>
          <w:sz w:val="21"/>
          <w:szCs w:val="44"/>
          <w:lang w:val="pl-PL"/>
        </w:rPr>
        <w:t xml:space="preserve">  tel. </w:t>
      </w:r>
      <w:r w:rsidR="00DE1FEA" w:rsidRPr="00323BB8">
        <w:rPr>
          <w:sz w:val="21"/>
          <w:szCs w:val="44"/>
          <w:lang w:val="pl-PL"/>
        </w:rPr>
        <w:t>606-861-164, 508-997-043</w:t>
      </w:r>
    </w:p>
    <w:p w14:paraId="7E182AD9" w14:textId="77777777" w:rsidR="00822234" w:rsidRPr="00323BB8" w:rsidRDefault="00822234">
      <w:pPr>
        <w:spacing w:after="0" w:line="240" w:lineRule="auto"/>
        <w:rPr>
          <w:b/>
          <w:sz w:val="32"/>
          <w:szCs w:val="44"/>
          <w:lang w:val="pl-PL"/>
        </w:rPr>
      </w:pPr>
    </w:p>
    <w:p w14:paraId="0030C28B" w14:textId="77777777" w:rsidR="003022DA" w:rsidRPr="00323BB8" w:rsidRDefault="00000000">
      <w:pPr>
        <w:spacing w:after="0" w:line="240" w:lineRule="auto"/>
        <w:rPr>
          <w:sz w:val="32"/>
          <w:szCs w:val="44"/>
          <w:lang w:val="pl-PL"/>
        </w:rPr>
      </w:pPr>
      <w:r w:rsidRPr="00323BB8">
        <w:rPr>
          <w:b/>
          <w:sz w:val="21"/>
          <w:szCs w:val="44"/>
          <w:lang w:val="pl-PL"/>
        </w:rPr>
        <w:t xml:space="preserve">Data: </w:t>
      </w:r>
      <w:r w:rsidRPr="00323BB8">
        <w:rPr>
          <w:sz w:val="21"/>
          <w:szCs w:val="44"/>
          <w:lang w:val="pl-PL"/>
        </w:rPr>
        <w:t>.............................</w:t>
      </w:r>
      <w:r w:rsidR="00822234" w:rsidRPr="00323BB8">
        <w:rPr>
          <w:sz w:val="21"/>
          <w:szCs w:val="44"/>
          <w:lang w:val="pl-PL"/>
        </w:rPr>
        <w:t>.</w:t>
      </w:r>
      <w:r w:rsidRPr="00323BB8">
        <w:rPr>
          <w:b/>
          <w:sz w:val="21"/>
          <w:szCs w:val="44"/>
          <w:lang w:val="pl-PL"/>
        </w:rPr>
        <w:t xml:space="preserve">Czytelny podpis rodzica / opiekuna prawnego: </w:t>
      </w:r>
      <w:r w:rsidRPr="00323BB8">
        <w:rPr>
          <w:sz w:val="21"/>
          <w:szCs w:val="44"/>
          <w:lang w:val="pl-PL"/>
        </w:rPr>
        <w:t>................................................</w:t>
      </w:r>
    </w:p>
    <w:sectPr w:rsidR="003022DA" w:rsidRPr="00323BB8" w:rsidSect="00034616">
      <w:pgSz w:w="12240" w:h="15840"/>
      <w:pgMar w:top="510" w:right="794" w:bottom="51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9160158">
    <w:abstractNumId w:val="8"/>
  </w:num>
  <w:num w:numId="2" w16cid:durableId="547031729">
    <w:abstractNumId w:val="6"/>
  </w:num>
  <w:num w:numId="3" w16cid:durableId="262498971">
    <w:abstractNumId w:val="5"/>
  </w:num>
  <w:num w:numId="4" w16cid:durableId="1915049337">
    <w:abstractNumId w:val="4"/>
  </w:num>
  <w:num w:numId="5" w16cid:durableId="869298462">
    <w:abstractNumId w:val="7"/>
  </w:num>
  <w:num w:numId="6" w16cid:durableId="466434159">
    <w:abstractNumId w:val="3"/>
  </w:num>
  <w:num w:numId="7" w16cid:durableId="2000423509">
    <w:abstractNumId w:val="2"/>
  </w:num>
  <w:num w:numId="8" w16cid:durableId="994799885">
    <w:abstractNumId w:val="1"/>
  </w:num>
  <w:num w:numId="9" w16cid:durableId="3226590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16B8"/>
    <w:rsid w:val="0029639D"/>
    <w:rsid w:val="003022DA"/>
    <w:rsid w:val="00323BB8"/>
    <w:rsid w:val="00326F90"/>
    <w:rsid w:val="0047710C"/>
    <w:rsid w:val="00797270"/>
    <w:rsid w:val="00822234"/>
    <w:rsid w:val="00AA1D8D"/>
    <w:rsid w:val="00B47730"/>
    <w:rsid w:val="00CB0664"/>
    <w:rsid w:val="00DE1FEA"/>
    <w:rsid w:val="00E20F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028B2"/>
  <w14:defaultImageDpi w14:val="300"/>
  <w15:docId w15:val="{77CBA2D1-43A7-7E41-BA60-29F551DB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DE1FE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1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jonacisportu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Bień</cp:lastModifiedBy>
  <cp:revision>5</cp:revision>
  <dcterms:created xsi:type="dcterms:W3CDTF">2013-12-23T23:15:00Z</dcterms:created>
  <dcterms:modified xsi:type="dcterms:W3CDTF">2026-09-14T03:54:00Z</dcterms:modified>
  <cp:category/>
</cp:coreProperties>
</file>